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Mortgage Readiness Checklist</w:t>
      </w:r>
    </w:p>
    <w:p>
      <w:r>
        <w:t>By Chintan Shah</w:t>
        <w:br/>
        <w:t>Serving the Greater Toronto Area</w:t>
        <w:br/>
      </w:r>
    </w:p>
    <w:p>
      <w:pPr>
        <w:pStyle w:val="Heading1"/>
      </w:pPr>
      <w:r>
        <w:t>Are You Ready to Buy a Home?</w:t>
      </w:r>
    </w:p>
    <w:p>
      <w:r>
        <w:t>Buying a home is exciting — but being prepared financially makes the journey smoother and less stressful. Use this warm and practical checklist to get a clear sense of where you stand and what to expect.</w:t>
        <w:br/>
        <w:t>This isn’t a test — it’s a tool to help you feel empowered as you take the next step toward homeownership.</w:t>
      </w:r>
    </w:p>
    <w:p>
      <w:pPr>
        <w:pStyle w:val="Heading1"/>
      </w:pPr>
      <w:r>
        <w:t>Your Readiness Checklist</w:t>
      </w:r>
    </w:p>
    <w:p>
      <w:r>
        <w:t>☐ I have reviewed my credit score and history.</w:t>
      </w:r>
    </w:p>
    <w:p>
      <w:r>
        <w:t>☐ I know my monthly income and expenses (budget is up to date).</w:t>
      </w:r>
    </w:p>
    <w:p>
      <w:r>
        <w:t>☐ I have saved enough for a down payment (or have a plan in place).</w:t>
      </w:r>
    </w:p>
    <w:p>
      <w:r>
        <w:t>☐ I’ve estimated my closing costs (legal fees, taxes, etc.).</w:t>
      </w:r>
    </w:p>
    <w:p>
      <w:r>
        <w:t>☐ I understand what I can truly afford — not just what the bank says.</w:t>
      </w:r>
    </w:p>
    <w:p>
      <w:r>
        <w:t>☐ I’m aware of different mortgage types and what might suit me.</w:t>
      </w:r>
    </w:p>
    <w:p>
      <w:r>
        <w:t>☐ I’ve spoken to a real estate professional for market insight.</w:t>
      </w:r>
    </w:p>
    <w:p>
      <w:r>
        <w:t>☐ I have access to trusted lenders or mortgage brokers.</w:t>
      </w:r>
    </w:p>
    <w:p>
      <w:r>
        <w:t>☐ I feel ready to make a competitive offer when I find the right home.</w:t>
      </w:r>
    </w:p>
    <w:p>
      <w:pPr>
        <w:pStyle w:val="Heading1"/>
      </w:pPr>
      <w:r>
        <w:t>Need Help Navigating the Financial Side?</w:t>
      </w:r>
    </w:p>
    <w:p>
      <w:r>
        <w:t>Whether you're just starting to explore or already pre-approved, I'm here to help you plan smart and buy with confidence.</w:t>
        <w:br/>
        <w:br/>
        <w:t>**Let’s talk — no pressure, just helpful advice.**</w:t>
        <w:br/>
        <w:br/>
        <w:t xml:space="preserve">Chintan Shah  </w:t>
        <w:br/>
        <w:t xml:space="preserve">Real Estate Sales Agent  </w:t>
        <w:br/>
        <w:t>Serving the Greater Toronto Area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