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GTA Home Buyer Checklist + Bonus Guide</w:t>
      </w:r>
    </w:p>
    <w:p>
      <w:r>
        <w:t>By Chintan Shah, Real Estate Sales Agent</w:t>
      </w:r>
    </w:p>
    <w:p>
      <w:r>
        <w:t>Your Trusted Real Estate Guides</w:t>
        <w:br/>
      </w:r>
    </w:p>
    <w:p>
      <w:r>
        <w:br w:type="page"/>
      </w:r>
    </w:p>
    <w:p>
      <w:pPr>
        <w:pStyle w:val="Heading1"/>
        <w:spacing w:after="240"/>
        <w:jc w:val="left"/>
      </w:pPr>
      <w:r>
        <w:t>Your GTA Home Buyer Checklist</w:t>
      </w:r>
    </w:p>
    <w:p>
      <w:pPr>
        <w:spacing w:after="120"/>
      </w:pPr>
      <w:r>
        <w:t>☐ Get pre-approved for a mortgage (Know your budget early!)</w:t>
        <w:br/>
        <w:t>☐ List your must-haves and nice-to-haves</w:t>
        <w:br/>
        <w:t>☐ Connect with a trusted real estate agent who knows the GTA (That’s me!)</w:t>
        <w:br/>
        <w:t>☐ Begin your home search — schedule viewings, ask questions</w:t>
        <w:br/>
        <w:t>☐ Review comparables before making an offer</w:t>
        <w:br/>
        <w:t>☐ Make an offer &amp; include conditions (e.g. financing, inspection)</w:t>
        <w:br/>
        <w:t>☐ Get a home inspection (if applicable)</w:t>
        <w:br/>
        <w:t>☐ Finalize mortgage approval</w:t>
        <w:br/>
        <w:t>☐ Meet with your lawyer to review documents</w:t>
        <w:br/>
        <w:t>☐ Plan your move &amp; celebrate your new home!</w:t>
      </w:r>
    </w:p>
    <w:p>
      <w:r>
        <w:br w:type="page"/>
      </w:r>
    </w:p>
    <w:p>
      <w:pPr>
        <w:pStyle w:val="Heading1"/>
        <w:spacing w:after="240"/>
        <w:jc w:val="left"/>
      </w:pPr>
      <w:r>
        <w:t>Bonus: Top 5 Mistakes First-Time Buyers Make (and How to Avoid Them)</w:t>
      </w:r>
    </w:p>
    <w:p>
      <w:r>
        <w:t>1. **Shopping before getting pre-approved** – Know your budget first, it saves time and stress.</w:t>
        <w:br/>
        <w:t>2. **Underestimating closing costs** – Include legal fees, land transfer tax, and adjustments in your budget.</w:t>
        <w:br/>
        <w:t>3. **Falling in love too fast** – Stay objective and look at long-term value.</w:t>
        <w:br/>
        <w:t>4. **Skipping the home inspection** – Always know what you’re buying.</w:t>
        <w:br/>
        <w:t>5. **Trying to do it alone** – A knowledgeable agent can save you money, time, and major headaches.</w:t>
      </w:r>
    </w:p>
    <w:p>
      <w:r>
        <w:br w:type="page"/>
      </w:r>
    </w:p>
    <w:p>
      <w:pPr>
        <w:pStyle w:val="Heading1"/>
        <w:spacing w:after="240"/>
        <w:jc w:val="left"/>
      </w:pPr>
      <w:r>
        <w:t>About Chintan Shah</w:t>
      </w:r>
    </w:p>
    <w:p>
      <w:r>
        <w:t>With over 10 years of experience in GTA real estate, I’ve helped first-time buyers, investors, and families confidently navigate the market. My approach is rooted in trust, transparency, and long-term value.</w:t>
        <w:br/>
        <w:br/>
        <w:t>I take the time to listen, understand your goals, and walk you through each step of the process — without pressure. Clients trust me because I deliver results while always putting their needs first.</w:t>
        <w:br/>
        <w:br/>
        <w:t>Whether you're just getting started or ready to make a move, I'm here to make your real estate journey smooth, informed, and empowering.</w:t>
        <w:br/>
        <w:br/>
        <w:t>📍 Serving the Greater Toronto Area</w:t>
        <w:br/>
        <w:t>📸 [Your Photo Placeholder]</w:t>
        <w:br/>
        <w:t>📞 Contact me for a personalized consultation.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